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№15. «Горячий стул. Морфология»</w:t>
      </w:r>
    </w:p>
    <w:p>
      <w:r>
        <w:rPr>
          <w:b/>
        </w:rPr>
        <w:t>🎯 Цель</w:t>
      </w:r>
    </w:p>
    <w:p>
      <w:r>
        <w:t>Развивать устную речь, умение быстро определять части речи, объяснять правила и выполнять морфологический анализ.</w:t>
      </w:r>
    </w:p>
    <w:p>
      <w:r>
        <w:rPr>
          <w:b/>
        </w:rPr>
        <w:t>👥 Участники</w:t>
      </w:r>
    </w:p>
    <w:p>
      <w:r>
        <w:t>Весь класс. Один ученик находится на «горячем стуле», остальные задают вопросы по очереди.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Только доска, мел и список заданий.</w:t>
      </w:r>
    </w:p>
    <w:p>
      <w:r>
        <w:rPr>
          <w:b/>
        </w:rPr>
        <w:t>📖 Правила</w:t>
      </w:r>
    </w:p>
    <w:p>
      <w:r>
        <w:t>Учитель вызывает одного ученика к доске. За 60 секунд он должен ответить на максимальное количество вопросов. Если ученик затрудняется, говорит «Пас», и задаётся следующий вопрос. За каждый правильный ответ начисляется 1 балл.</w:t>
      </w:r>
    </w:p>
    <w:p>
      <w:r>
        <w:rPr>
          <w:b/>
        </w:rPr>
        <w:t>📝 30 быстрых вопросов</w:t>
      </w:r>
    </w:p>
    <w:p>
      <w:r>
        <w:t>1. Что изучает морфология?</w:t>
      </w:r>
    </w:p>
    <w:p>
      <w:r>
        <w:t>2. Назовите самостоятельные части речи.</w:t>
      </w:r>
    </w:p>
    <w:p>
      <w:r>
        <w:t>3. Назовите служебные части речи.</w:t>
      </w:r>
    </w:p>
    <w:p>
      <w:r>
        <w:t>4. Что обозначает имя существительное?</w:t>
      </w:r>
    </w:p>
    <w:p>
      <w:r>
        <w:t>5. Какие бывают разряды прилагательных?</w:t>
      </w:r>
    </w:p>
    <w:p>
      <w:r>
        <w:t>6. Назовите разряды числительных.</w:t>
      </w:r>
    </w:p>
    <w:p>
      <w:r>
        <w:t>7. Перечислите разряды местоимений.</w:t>
      </w:r>
    </w:p>
    <w:p>
      <w:r>
        <w:t>8. Что такое спряжение?</w:t>
      </w:r>
    </w:p>
    <w:p>
      <w:r>
        <w:t>9. Какие виды глагола существуют?</w:t>
      </w:r>
    </w:p>
    <w:p>
      <w:r>
        <w:t>10. Что такое возвратный глагол?</w:t>
      </w:r>
    </w:p>
    <w:p>
      <w:r>
        <w:t>11. Что обозначает причастие?</w:t>
      </w:r>
    </w:p>
    <w:p>
      <w:r>
        <w:t>12. Что обозначает деепричастие?</w:t>
      </w:r>
    </w:p>
    <w:p>
      <w:r>
        <w:t>13. Изменяется ли наречие?</w:t>
      </w:r>
    </w:p>
    <w:p>
      <w:r>
        <w:t>14. Что обозначает категория состояния?</w:t>
      </w:r>
    </w:p>
    <w:p>
      <w:r>
        <w:t>15. Назовите производный предлог.</w:t>
      </w:r>
    </w:p>
    <w:p>
      <w:r>
        <w:t>16. Назовите сочинительный союз.</w:t>
      </w:r>
    </w:p>
    <w:p>
      <w:r>
        <w:t>17. Назовите подчинительный союз.</w:t>
      </w:r>
    </w:p>
    <w:p>
      <w:r>
        <w:t>18. Для чего служит частица?</w:t>
      </w:r>
    </w:p>
    <w:p>
      <w:r>
        <w:t>19. Что выражает междометие?</w:t>
      </w:r>
    </w:p>
    <w:p>
      <w:r>
        <w:t>20. Определите часть речи слова «вчера».</w:t>
      </w:r>
    </w:p>
    <w:p>
      <w:r>
        <w:t>21. Определите часть речи слова «нельзя».</w:t>
      </w:r>
    </w:p>
    <w:p>
      <w:r>
        <w:t>22. Определите часть речи слова «улыбаясь».</w:t>
      </w:r>
    </w:p>
    <w:p>
      <w:r>
        <w:t>23. Определите часть речи слова «летящий».</w:t>
      </w:r>
    </w:p>
    <w:p>
      <w:r>
        <w:t>24. Назовите три наречия времени.</w:t>
      </w:r>
    </w:p>
    <w:p>
      <w:r>
        <w:t>25. Назовите три местоимения.</w:t>
      </w:r>
    </w:p>
    <w:p>
      <w:r>
        <w:t>26. Назовите три причастия.</w:t>
      </w:r>
    </w:p>
    <w:p>
      <w:r>
        <w:t>27. Назовите три деепричастия.</w:t>
      </w:r>
    </w:p>
    <w:p>
      <w:r>
        <w:t>28. Назовите три производных предлога.</w:t>
      </w:r>
    </w:p>
    <w:p>
      <w:r>
        <w:t>29. Выполните краткий разбор слова «мой».</w:t>
      </w:r>
    </w:p>
    <w:p>
      <w:r>
        <w:t>30. Составьте предложение с причастием.</w:t>
      </w:r>
    </w:p>
    <w:p>
      <w:r>
        <w:rPr>
          <w:b/>
        </w:rPr>
        <w:t>⭐ Суперраунд</w:t>
      </w:r>
    </w:p>
    <w:p>
      <w:r>
        <w:t>Финальный участник за 90 секунд отвечает на 10 вопросов повышенной сложности. Каждый правильный ответ приносит 2 балла.</w:t>
      </w:r>
    </w:p>
    <w:p>
      <w:r>
        <w:rPr>
          <w:b/>
        </w:rPr>
        <w:t>🏆 Победитель</w:t>
      </w:r>
    </w:p>
    <w:p>
      <w:r>
        <w:t>Побеждает ученик или команда, набравшие наибольшее количество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