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Игра №15 «Замени одним словом»</w:t>
      </w:r>
    </w:p>
    <w:p>
      <w:r>
        <w:rPr>
          <w:b/>
          <w:sz w:val="26"/>
        </w:rPr>
        <w:t>Цель</w:t>
      </w:r>
    </w:p>
    <w:p>
      <w:r>
        <w:t>Развивать словарный запас учащихся, закрепить знания о фразеологизмах, синонимах и точности словоупотребления.</w:t>
      </w:r>
    </w:p>
    <w:p>
      <w:r>
        <w:rPr>
          <w:b/>
          <w:sz w:val="26"/>
        </w:rPr>
        <w:t>Оборудование</w:t>
      </w:r>
    </w:p>
    <w:p>
      <w:r>
        <w:t>Карточки с выражениями, презентация или интерактивная доска.</w:t>
      </w:r>
    </w:p>
    <w:p>
      <w:r>
        <w:rPr>
          <w:b/>
          <w:sz w:val="26"/>
        </w:rPr>
        <w:t>Правила игры</w:t>
      </w:r>
    </w:p>
    <w:p>
      <w:r>
        <w:t>1. Учитель читает словосочетание или фразеологизм.</w:t>
        <w:br/>
        <w:t>2. Ученики должны заменить его одним словом.</w:t>
        <w:br/>
        <w:t>3. Затем объяснить значение выбранного слова.</w:t>
        <w:br/>
        <w:t>4. За правильный ответ начисляется 1 балл, за объяснение — ещё 1 балл.</w:t>
      </w:r>
    </w:p>
    <w:p>
      <w:r>
        <w:rPr>
          <w:b/>
          <w:sz w:val="26"/>
        </w:rPr>
        <w:t>Карточки с заданиями</w:t>
      </w:r>
    </w:p>
    <w:p>
      <w:r>
        <w:t>1. Бить баклуши</w:t>
      </w:r>
    </w:p>
    <w:p>
      <w:r>
        <w:t>Ответ: бездельничать</w:t>
      </w:r>
    </w:p>
    <w:p>
      <w:r>
        <w:t>2. Держать язык за зубами</w:t>
      </w:r>
    </w:p>
    <w:p>
      <w:r>
        <w:t>Ответ: молчать</w:t>
      </w:r>
    </w:p>
    <w:p>
      <w:r>
        <w:t>3. Водить за нос</w:t>
      </w:r>
    </w:p>
    <w:p>
      <w:r>
        <w:t>Ответ: обманывать</w:t>
      </w:r>
    </w:p>
    <w:p>
      <w:r>
        <w:t>4. Ломать голову</w:t>
      </w:r>
    </w:p>
    <w:p>
      <w:r>
        <w:t>Ответ: думать</w:t>
      </w:r>
    </w:p>
    <w:p>
      <w:r>
        <w:t>5. Повесить нос</w:t>
      </w:r>
    </w:p>
    <w:p>
      <w:r>
        <w:t>Ответ: унывать</w:t>
      </w:r>
    </w:p>
    <w:p>
      <w:r>
        <w:t>6. Работать спустя рукава</w:t>
      </w:r>
    </w:p>
    <w:p>
      <w:r>
        <w:t>Ответ: лениться / работать небрежно</w:t>
      </w:r>
    </w:p>
    <w:p>
      <w:r>
        <w:t>7. Как две капли воды</w:t>
      </w:r>
    </w:p>
    <w:p>
      <w:r>
        <w:t>Ответ: похожи</w:t>
      </w:r>
    </w:p>
    <w:p>
      <w:r>
        <w:t>8. Яблоку негде упасть</w:t>
      </w:r>
    </w:p>
    <w:p>
      <w:r>
        <w:t>Ответ: тесно</w:t>
      </w:r>
    </w:p>
    <w:p>
      <w:r>
        <w:t>9. Ни пуха ни пера</w:t>
      </w:r>
    </w:p>
    <w:p>
      <w:r>
        <w:t>Ответ: удачи</w:t>
      </w:r>
    </w:p>
    <w:p>
      <w:r>
        <w:t>10. Во весь дух</w:t>
      </w:r>
    </w:p>
    <w:p>
      <w:r>
        <w:t>Ответ: быстро</w:t>
      </w:r>
    </w:p>
    <w:p>
      <w:r>
        <w:t>11. Зарубить на носу</w:t>
      </w:r>
    </w:p>
    <w:p>
      <w:r>
        <w:t>Ответ: запомнить</w:t>
      </w:r>
    </w:p>
    <w:p>
      <w:r>
        <w:t>12. Витать в облаках</w:t>
      </w:r>
    </w:p>
    <w:p>
      <w:r>
        <w:t>Ответ: мечтать</w:t>
      </w:r>
    </w:p>
    <w:p>
      <w:r>
        <w:t>13. Кот наплакал</w:t>
      </w:r>
    </w:p>
    <w:p>
      <w:r>
        <w:t>Ответ: мало</w:t>
      </w:r>
    </w:p>
    <w:p>
      <w:r>
        <w:t>14. С глазу на глаз</w:t>
      </w:r>
    </w:p>
    <w:p>
      <w:r>
        <w:t>Ответ: наедине</w:t>
      </w:r>
    </w:p>
    <w:p>
      <w:r>
        <w:t>15. Душа в душу</w:t>
      </w:r>
    </w:p>
    <w:p>
      <w:r>
        <w:t>Ответ: дружно</w:t>
      </w:r>
    </w:p>
    <w:p>
      <w:r>
        <w:rPr>
          <w:b/>
          <w:sz w:val="26"/>
        </w:rPr>
        <w:t>Варианты усложнения</w:t>
      </w:r>
    </w:p>
    <w:p>
      <w:r>
        <w:t>• Составить предложение с новым словом.</w:t>
        <w:br/>
        <w:t>• Подобрать синоним к полученному слову.</w:t>
        <w:br/>
        <w:t>• Объяснить происхождение фразеологизма.</w:t>
        <w:br/>
        <w:t>• Провести игру на время между командами.</w:t>
      </w:r>
    </w:p>
    <w:p>
      <w:r>
        <w:rPr>
          <w:b/>
          <w:sz w:val="26"/>
        </w:rPr>
        <w:t>Закрепляемые темы</w:t>
      </w:r>
    </w:p>
    <w:p>
      <w:r>
        <w:t>✓ Фразеологизмы</w:t>
        <w:br/>
        <w:t>✓ Синонимы</w:t>
        <w:br/>
        <w:t>✓ Лексическое значение слова</w:t>
        <w:br/>
        <w:t>✓ Точность словоупотребления</w:t>
        <w:br/>
        <w:t>✓ Развитие речи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