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№19 «Исправь предложение»</w:t>
      </w:r>
    </w:p>
    <w:p>
      <w:r>
        <w:rPr>
          <w:b/>
          <w:sz w:val="26"/>
        </w:rPr>
        <w:t>Цель</w:t>
      </w:r>
    </w:p>
    <w:p>
      <w:r>
        <w:t>Закрепить знания по лексике, научиться находить и исправлять лексические ошибки, развивать культуру речи.</w:t>
      </w:r>
    </w:p>
    <w:p>
      <w:r>
        <w:rPr>
          <w:b/>
          <w:sz w:val="26"/>
        </w:rPr>
        <w:t>Оборудование</w:t>
      </w:r>
    </w:p>
    <w:p>
      <w:r>
        <w:t>Карточки с предложениями, маркеры или ручки, доска.</w:t>
      </w:r>
    </w:p>
    <w:p>
      <w:r>
        <w:rPr>
          <w:b/>
          <w:sz w:val="26"/>
        </w:rPr>
        <w:t>Правила игры</w:t>
      </w:r>
    </w:p>
    <w:p>
      <w:r>
        <w:t>1. Класс делится на команды.</w:t>
        <w:br/>
        <w:t>2. Каждая команда получает карточку с предложением, в котором есть лексическая ошибка.</w:t>
        <w:br/>
        <w:t>3. За 1–2 минуты нужно найти ошибку, исправить предложение и объяснить, почему оно было неверным.</w:t>
        <w:br/>
        <w:t>4. За правильное исправление — 1 балл, за объяснение — ещё 1 балл.</w:t>
      </w:r>
    </w:p>
    <w:p>
      <w:r>
        <w:rPr>
          <w:b/>
          <w:sz w:val="26"/>
        </w:rPr>
        <w:t>Карточки с заданиями</w:t>
      </w:r>
    </w:p>
    <w:p>
      <w:r>
        <w:t>1. Я надел брата в тёплую куртку.</w:t>
      </w:r>
    </w:p>
    <w:p>
      <w:r>
        <w:t>Исправьте: __________________________</w:t>
      </w:r>
    </w:p>
    <w:p>
      <w:r>
        <w:t>2. Она очень эффектно решила задачу.</w:t>
      </w:r>
    </w:p>
    <w:p>
      <w:r>
        <w:t>Исправьте: __________________________</w:t>
      </w:r>
    </w:p>
    <w:p>
      <w:r>
        <w:t>3. Мы купили красивый антикварный новый шкаф.</w:t>
      </w:r>
    </w:p>
    <w:p>
      <w:r>
        <w:t>Исправьте: __________________________</w:t>
      </w:r>
    </w:p>
    <w:p>
      <w:r>
        <w:t>4. Он всё время молчал языком за зубами.</w:t>
      </w:r>
    </w:p>
    <w:p>
      <w:r>
        <w:t>Исправьте: __________________________</w:t>
      </w:r>
    </w:p>
    <w:p>
      <w:r>
        <w:t>5. Этот историзм очень современный.</w:t>
      </w:r>
    </w:p>
    <w:p>
      <w:r>
        <w:t>Исправьте: __________________________</w:t>
      </w:r>
    </w:p>
    <w:p>
      <w:r>
        <w:t>6. Вчера блогер надел новое платье на сестру.</w:t>
      </w:r>
    </w:p>
    <w:p>
      <w:r>
        <w:t>Исправьте: __________________________</w:t>
      </w:r>
    </w:p>
    <w:p>
      <w:r>
        <w:t>7. Растение лук выстрелило стрелой.</w:t>
      </w:r>
    </w:p>
    <w:p>
      <w:r>
        <w:t>Исправьте: __________________________</w:t>
      </w:r>
    </w:p>
    <w:p>
      <w:r>
        <w:t>8. У старика были красивые ланиты лица.</w:t>
      </w:r>
    </w:p>
    <w:p>
      <w:r>
        <w:t>Исправьте: __________________________</w:t>
      </w:r>
    </w:p>
    <w:p>
      <w:r>
        <w:t>9. Он бил баклуши весь день и очень устал от работы.</w:t>
      </w:r>
    </w:p>
    <w:p>
      <w:r>
        <w:t>Исправьте: __________________________</w:t>
      </w:r>
    </w:p>
    <w:p>
      <w:r>
        <w:t>10. Скальпель — это музыкальный инструмент.</w:t>
      </w:r>
    </w:p>
    <w:p>
      <w:r>
        <w:t>Исправьте: __________________________</w:t>
      </w:r>
    </w:p>
    <w:p>
      <w:r>
        <w:rPr>
          <w:b/>
          <w:sz w:val="26"/>
        </w:rPr>
        <w:t>Ответы для учителя</w:t>
      </w:r>
    </w:p>
    <w:p>
      <w:r>
        <w:t>1. Я одел брата в тёплую куртку. (Глаголы «одеть» и «надеть».)</w:t>
      </w:r>
    </w:p>
    <w:p>
      <w:r>
        <w:t>2. Она очень эффективно решила задачу. (Паронимы.)</w:t>
      </w:r>
    </w:p>
    <w:p>
      <w:r>
        <w:t>3. Мы купили красивый антикварный шкаф. (Лишнее слово.)</w:t>
      </w:r>
    </w:p>
    <w:p>
      <w:r>
        <w:t>4. Он держал язык за зубами. (Неверное употребление фразеологизма.)</w:t>
      </w:r>
    </w:p>
    <w:p>
      <w:r>
        <w:t>5. Историзм обозначает устаревшее понятие. (Противоречие значения.)</w:t>
      </w:r>
    </w:p>
    <w:p>
      <w:r>
        <w:t>6. Вчера блогер одел сестру в новое платье. (Одеть/надеть.)</w:t>
      </w:r>
    </w:p>
    <w:p>
      <w:r>
        <w:t>7. Из лука выстрелили стрелой. (Неверное значение омонима.)</w:t>
      </w:r>
    </w:p>
    <w:p>
      <w:r>
        <w:t>8. У старика были красивые ланиты. (Архаизм употреблён неверно.)</w:t>
      </w:r>
    </w:p>
    <w:p>
      <w:r>
        <w:t>9. Он бил баклуши весь день. (Фразеологизм означает бездельничать.)</w:t>
      </w:r>
    </w:p>
    <w:p>
      <w:r>
        <w:t>10. Скальпель — хирургический инструмент. (Неверное лексическое значение.)</w:t>
      </w:r>
    </w:p>
    <w:p>
      <w:r>
        <w:rPr>
          <w:b/>
          <w:sz w:val="26"/>
        </w:rPr>
        <w:t>Варианты усложнения</w:t>
      </w:r>
    </w:p>
    <w:p>
      <w:r>
        <w:t>• Ограничить время до 30 секунд.</w:t>
        <w:br/>
        <w:t>• Предложить придумать собственное предложение с аналогичной ошибкой.</w:t>
        <w:br/>
        <w:t>• Проводить игру в формате эстафеты.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