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Игра №13. «Исправь учителя»</w:t>
      </w:r>
    </w:p>
    <w:p>
      <w:r>
        <w:rPr>
          <w:b/>
        </w:rPr>
        <w:t>🎯 Цель</w:t>
      </w:r>
    </w:p>
    <w:p>
      <w:r>
        <w:t>Развивать внимательность, умение находить и исправлять морфологические ошибки, аргументировать свои ответы.</w:t>
      </w:r>
    </w:p>
    <w:p>
      <w:r>
        <w:rPr>
          <w:b/>
        </w:rPr>
        <w:t>👥 Участники</w:t>
      </w:r>
    </w:p>
    <w:p>
      <w:r>
        <w:t>Весь класс или две команды.</w:t>
      </w:r>
    </w:p>
    <w:p>
      <w:r>
        <w:rPr>
          <w:b/>
        </w:rPr>
        <w:t>⏱️ Время</w:t>
      </w:r>
    </w:p>
    <w:p>
      <w:r>
        <w:t>20–30 минут.</w:t>
      </w:r>
    </w:p>
    <w:p>
      <w:r>
        <w:rPr>
          <w:b/>
        </w:rPr>
        <w:t>🧰 Материалы</w:t>
      </w:r>
    </w:p>
    <w:p>
      <w:r>
        <w:t>Доска, мел и подготовленные предложения.</w:t>
      </w:r>
    </w:p>
    <w:p>
      <w:r>
        <w:rPr>
          <w:b/>
        </w:rPr>
        <w:t>📖 Правила</w:t>
      </w:r>
    </w:p>
    <w:p>
      <w:r>
        <w:t>Учитель специально допускает морфологические ошибки и записывает предложения на доске. Ученики должны как можно быстрее найти ошибку, исправить её и объяснить правило. За найденную ошибку — 1 балл, за объяснение — ещё 1 балл.</w:t>
      </w:r>
    </w:p>
    <w:p>
      <w:r>
        <w:rPr>
          <w:b/>
        </w:rPr>
        <w:t>📝 20 предложений с ошибками</w:t>
      </w:r>
    </w:p>
    <w:p>
      <w:r>
        <w:t>1. Самый красивейший цветок рос в саду.</w:t>
      </w:r>
    </w:p>
    <w:p>
      <w:r>
        <w:t>2. Более лучше подготовиться заранее.</w:t>
      </w:r>
    </w:p>
    <w:p>
      <w:r>
        <w:t>3. Благодаря сильный дождь мы остались дома.</w:t>
      </w:r>
    </w:p>
    <w:p>
      <w:r>
        <w:t>4. Прочитав книгу, фильм стал понятнее.</w:t>
      </w:r>
    </w:p>
    <w:p>
      <w:r>
        <w:t>5. Ихний класс победил в олимпиаде.</w:t>
      </w:r>
    </w:p>
    <w:p>
      <w:r>
        <w:t>6. Ложите тетради на стол.</w:t>
      </w:r>
    </w:p>
    <w:p>
      <w:r>
        <w:t>7. Мы ехали без пальта.</w:t>
      </w:r>
    </w:p>
    <w:p>
      <w:r>
        <w:t>8. Пять ученика вышли к доске.</w:t>
      </w:r>
    </w:p>
    <w:p>
      <w:r>
        <w:t>9. Самое оптимальное решение принято.</w:t>
      </w:r>
    </w:p>
    <w:p>
      <w:r>
        <w:t>10. Двое девочек читали рассказ.</w:t>
      </w:r>
    </w:p>
    <w:p>
      <w:r>
        <w:t>11. По приезду домой мы отдохнули.</w:t>
      </w:r>
    </w:p>
    <w:p>
      <w:r>
        <w:t>12. Нет сапогов и чулков.</w:t>
      </w:r>
    </w:p>
    <w:p>
      <w:r>
        <w:t>13. Более интереснее стала книга.</w:t>
      </w:r>
    </w:p>
    <w:p>
      <w:r>
        <w:t>14. Оба девочки пришли вовремя.</w:t>
      </w:r>
    </w:p>
    <w:p>
      <w:r>
        <w:t>15. Согласно приказ учителя урок отменили.</w:t>
      </w:r>
    </w:p>
    <w:p>
      <w:r>
        <w:t>16. Он одел пальто и вышел.</w:t>
      </w:r>
    </w:p>
    <w:p>
      <w:r>
        <w:t>17. В течении урока все работали.</w:t>
      </w:r>
    </w:p>
    <w:p>
      <w:r>
        <w:t>18. Благодаря его помощь мы справились.</w:t>
      </w:r>
    </w:p>
    <w:p>
      <w:r>
        <w:t>19. Моя фамилия красивше твоей.</w:t>
      </w:r>
    </w:p>
    <w:p>
      <w:r>
        <w:t>20. Подъезжая к станции, у меня сломался телефон.</w:t>
      </w:r>
    </w:p>
    <w:p>
      <w:r>
        <w:rPr>
          <w:b/>
        </w:rPr>
        <w:t>⭐ Дополнительный раунд</w:t>
      </w:r>
    </w:p>
    <w:p>
      <w:r>
        <w:t>После исправления предложения ученики определяют части речи всех выделенных слов и выполняют морфологический разбор одного слова по выбору.</w:t>
      </w:r>
    </w:p>
    <w:p>
      <w:r>
        <w:rPr>
          <w:b/>
        </w:rPr>
        <w:t>🏆 Победитель</w:t>
      </w:r>
    </w:p>
    <w:p>
      <w:r>
        <w:t>Побеждает команда, набравшая больше всего баллов.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