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№5. «Крестики-нолики. Морфология»</w:t>
      </w:r>
    </w:p>
    <w:p>
      <w:r>
        <w:rPr>
          <w:b/>
        </w:rPr>
        <w:t>🎯 Цель</w:t>
      </w:r>
    </w:p>
    <w:p>
      <w:r>
        <w:t>Закрепить знания по всем частям речи в игровой форме, развивать логическое мышление, внимание и умение аргументировать ответы.</w:t>
      </w:r>
    </w:p>
    <w:p>
      <w:r>
        <w:rPr>
          <w:b/>
        </w:rPr>
        <w:t>👥 Участники</w:t>
      </w:r>
    </w:p>
    <w:p>
      <w:r>
        <w:t>2 команды (или два ученика у доски).</w:t>
      </w:r>
    </w:p>
    <w:p>
      <w:r>
        <w:rPr>
          <w:b/>
        </w:rPr>
        <w:t>⏱️ Время</w:t>
      </w:r>
    </w:p>
    <w:p>
      <w:r>
        <w:t>20–25 минут.</w:t>
      </w:r>
    </w:p>
    <w:p>
      <w:r>
        <w:rPr>
          <w:b/>
        </w:rPr>
        <w:t>🧰 Материалы</w:t>
      </w:r>
    </w:p>
    <w:p>
      <w:r>
        <w:t>Доска, мел и список вопросов. Никаких карточек не требуется.</w:t>
      </w:r>
    </w:p>
    <w:p>
      <w:r>
        <w:rPr>
          <w:b/>
        </w:rPr>
        <w:t>📖 Правила игры</w:t>
      </w:r>
    </w:p>
    <w:p>
      <w:r>
        <w:t>Учитель чертит на доске поле 3×3. В каждой клетке находится номер задания. Команды по очереди выбирают клетку. Если ответ правильный, команда ставит в клетке X или O. Если ответ неверный, право ответа переходит сопернику. Побеждает команда, первой собравшая три символа подряд.</w:t>
      </w:r>
    </w:p>
    <w:p>
      <w:r>
        <w:rPr>
          <w:b/>
        </w:rPr>
        <w:t>📋 Поле на доске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3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6</w:t>
            </w:r>
          </w:p>
        </w:tc>
      </w:tr>
      <w:tr>
        <w:tc>
          <w:tcPr>
            <w:tcW w:type="dxa" w:w="2880"/>
          </w:tcPr>
          <w:p>
            <w:r>
              <w:t>7</w:t>
            </w:r>
          </w:p>
        </w:tc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9</w:t>
            </w:r>
          </w:p>
        </w:tc>
      </w:tr>
    </w:tbl>
    <w:p>
      <w:r>
        <w:rPr>
          <w:b/>
        </w:rPr>
        <w:t>📝 9 готовых заданий</w:t>
      </w:r>
    </w:p>
    <w:p>
      <w:r>
        <w:t>1. Назовите часть речи слова «улыбаясь».</w:t>
      </w:r>
    </w:p>
    <w:p>
      <w:r>
        <w:t>2. Определите разряд местоимения «никто».</w:t>
      </w:r>
    </w:p>
    <w:p>
      <w:r>
        <w:t>3. Назовите вид глагола «прочитать».</w:t>
      </w:r>
    </w:p>
    <w:p>
      <w:r>
        <w:t>4. Определите часть речи слова «жарко».</w:t>
      </w:r>
    </w:p>
    <w:p>
      <w:r>
        <w:t>5. Чем отличается причастие от прилагательного?</w:t>
      </w:r>
    </w:p>
    <w:p>
      <w:r>
        <w:t>6. Назовите производный предлог.</w:t>
      </w:r>
    </w:p>
    <w:p>
      <w:r>
        <w:t>7. Определите часть речи слова «вчера».</w:t>
      </w:r>
    </w:p>
    <w:p>
      <w:r>
        <w:t>8. Назовите два признака имени существительного.</w:t>
      </w:r>
    </w:p>
    <w:p>
      <w:r>
        <w:t>9. Определите часть речи слова «ах».</w:t>
      </w:r>
    </w:p>
    <w:p>
      <w:r>
        <w:rPr>
          <w:b/>
        </w:rPr>
        <w:t>⭐ Второй тур</w:t>
      </w:r>
    </w:p>
    <w:p>
      <w:r>
        <w:t>После завершения первой партии учитель стирает поле и вписывает новые номера. Используются задания повышенной сложности.</w:t>
      </w:r>
    </w:p>
    <w:p>
      <w:r>
        <w:rPr>
          <w:b/>
        </w:rPr>
        <w:t>📝 Дополнительные задания</w:t>
      </w:r>
    </w:p>
    <w:p>
      <w:r>
        <w:t>• Выполните краткий морфологический разбор слова «читающий».</w:t>
      </w:r>
    </w:p>
    <w:p>
      <w:r>
        <w:t>• Образуйте деепричастие от глагола «улыбаться».</w:t>
      </w:r>
    </w:p>
    <w:p>
      <w:r>
        <w:t>• Назовите три служебные части речи.</w:t>
      </w:r>
    </w:p>
    <w:p>
      <w:r>
        <w:t>• Составьте предложение с категорией состояния.</w:t>
      </w:r>
    </w:p>
    <w:p>
      <w:r>
        <w:t>• Назовите пять наречий.</w:t>
      </w:r>
    </w:p>
    <w:p>
      <w:r>
        <w:rPr>
          <w:b/>
        </w:rPr>
        <w:t>🏆 Подведение итогов</w:t>
      </w:r>
    </w:p>
    <w:p>
      <w:r>
        <w:t>За победу в партии команда получает 3 балла. За каждый дополнительный правильный ответ — 1 балл. Побеждает команда, набравшая больше баллов за несколько партий.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