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№6 «Лексическая эстафета»</w:t>
      </w:r>
    </w:p>
    <w:p>
      <w:r>
        <w:rPr>
          <w:b/>
          <w:sz w:val="26"/>
        </w:rPr>
        <w:t>Цель</w:t>
      </w:r>
    </w:p>
    <w:p>
      <w:r>
        <w:t>Повторить все основные разделы лексики в игровой соревновательной форме, развивать быстроту мышления и умение работать в команде.</w:t>
      </w:r>
    </w:p>
    <w:p>
      <w:r>
        <w:rPr>
          <w:b/>
          <w:sz w:val="26"/>
        </w:rPr>
        <w:t>Оборудование</w:t>
      </w:r>
    </w:p>
    <w:p>
      <w:r>
        <w:t>Карточки с заданиями, секундомер, доска или флипчарт.</w:t>
      </w:r>
    </w:p>
    <w:p>
      <w:r>
        <w:rPr>
          <w:b/>
          <w:sz w:val="26"/>
        </w:rPr>
        <w:t>Правила игры</w:t>
      </w:r>
    </w:p>
    <w:p>
      <w:r>
        <w:t>1. Класс делится на 2–4 команды.</w:t>
        <w:br/>
        <w:t>2. Каждая команда по очереди вытягивает карточку.</w:t>
        <w:br/>
        <w:t>3. На выполнение задания даётся 30–60 секунд.</w:t>
        <w:br/>
        <w:t>4. Если команда не справилась, право ответа переходит соперникам.</w:t>
        <w:br/>
        <w:t>5. За правильный ответ начисляется 1 балл.</w:t>
      </w:r>
    </w:p>
    <w:p>
      <w:r>
        <w:rPr>
          <w:b/>
          <w:sz w:val="26"/>
        </w:rPr>
        <w:t>Карточки для эстафеты</w:t>
      </w:r>
    </w:p>
    <w:p>
      <w:r>
        <w:t>1. Назовите 5 синонимов к слову «красивый».</w:t>
      </w:r>
    </w:p>
    <w:p>
      <w:r>
        <w:t>2. Подберите 5 антонимов к словам: высокий, добрый, широкий, громкий, светлый.</w:t>
      </w:r>
    </w:p>
    <w:p>
      <w:r>
        <w:t>3. Приведите 3 примера омонимов.</w:t>
      </w:r>
    </w:p>
    <w:p>
      <w:r>
        <w:t>4. Назовите 3 пары паронимов.</w:t>
      </w:r>
    </w:p>
    <w:p>
      <w:r>
        <w:t>5. Приведите 3 примера диалектизмов.</w:t>
      </w:r>
    </w:p>
    <w:p>
      <w:r>
        <w:t>6. Назовите 5 профессиональных слов врача.</w:t>
      </w:r>
    </w:p>
    <w:p>
      <w:r>
        <w:t>7. Назовите 5 лингвистических терминов.</w:t>
      </w:r>
    </w:p>
    <w:p>
      <w:r>
        <w:t>8. Приведите 5 современных неологизмов.</w:t>
      </w:r>
    </w:p>
    <w:p>
      <w:r>
        <w:t>9. Назовите 3 историзма и объясните их значение.</w:t>
      </w:r>
    </w:p>
    <w:p>
      <w:r>
        <w:t>10. Приведите 3 архаизма и современные соответствия.</w:t>
      </w:r>
    </w:p>
    <w:p>
      <w:r>
        <w:t>11. Назовите 5 фразеологизмов со словом «рука».</w:t>
      </w:r>
    </w:p>
    <w:p>
      <w:r>
        <w:t>12. Объясните значение фразеологизма «водить за нос».</w:t>
      </w:r>
    </w:p>
    <w:p>
      <w:r>
        <w:rPr>
          <w:b/>
          <w:sz w:val="26"/>
        </w:rPr>
        <w:t>Пример ответов</w:t>
      </w:r>
    </w:p>
    <w:p>
      <w:r>
        <w:t>• Синонимы: прекрасный, симпатичный, привлекательный, чудесный, великолепный.</w:t>
        <w:br/>
        <w:t>• Паронимы: адресат — адресант; одеть — надеть; эффектный — эффективный.</w:t>
        <w:br/>
        <w:t>• Историзмы: кольчуга, боярин, стрельцы.</w:t>
        <w:br/>
        <w:t>• Архаизмы: перст — палец, уста — губы, ланиты — щёки.</w:t>
      </w:r>
    </w:p>
    <w:p>
      <w:r>
        <w:rPr>
          <w:b/>
          <w:sz w:val="26"/>
        </w:rPr>
        <w:t>Варианты усложнения</w:t>
      </w:r>
    </w:p>
    <w:p>
      <w:r>
        <w:t>• Сократить время до 20 секунд.</w:t>
        <w:br/>
        <w:t>• За каждый неверный ответ снимать 1 балл.</w:t>
        <w:br/>
        <w:t>• Добавить задания по анализу предложений и небольших текстов.</w:t>
      </w:r>
    </w:p>
    <w:p>
      <w:r>
        <w:rPr>
          <w:b/>
          <w:sz w:val="26"/>
        </w:rPr>
        <w:t>Закрепляемые темы</w:t>
      </w:r>
    </w:p>
    <w:p>
      <w:r>
        <w:t>✓ Лексическое значение</w:t>
        <w:br/>
        <w:t>✓ Синонимы</w:t>
        <w:br/>
        <w:t>✓ Антонимы</w:t>
        <w:br/>
        <w:t>✓ Омонимы</w:t>
        <w:br/>
        <w:t>✓ Паронимы</w:t>
        <w:br/>
        <w:t>✓ Диалектизмы</w:t>
        <w:br/>
        <w:t>✓ Профессионализмы</w:t>
        <w:br/>
        <w:t>✓ Термины</w:t>
        <w:br/>
        <w:t>✓ Неологизмы</w:t>
        <w:br/>
        <w:t>✓ Историзмы</w:t>
        <w:br/>
        <w:t>✓ Архаизмы</w:t>
        <w:br/>
        <w:t>✓ Фразеологизмы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