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№17 «Лексический мешочек»</w:t>
      </w:r>
    </w:p>
    <w:p>
      <w:r>
        <w:rPr>
          <w:b/>
          <w:sz w:val="26"/>
        </w:rPr>
        <w:t>Цель</w:t>
      </w:r>
    </w:p>
    <w:p>
      <w:r>
        <w:t>Повторить основные темы раздела «Лексика», развивать речь, внимание и умение быстро отвечать.</w:t>
      </w:r>
    </w:p>
    <w:p>
      <w:r>
        <w:rPr>
          <w:b/>
          <w:sz w:val="26"/>
        </w:rPr>
        <w:t>Оборудование</w:t>
      </w:r>
    </w:p>
    <w:p>
      <w:r>
        <w:t>Непрозрачный мешочек или коробка и карточки с заданиями.</w:t>
      </w:r>
    </w:p>
    <w:p>
      <w:r>
        <w:rPr>
          <w:b/>
          <w:sz w:val="26"/>
        </w:rPr>
        <w:t>Правила игры</w:t>
      </w:r>
    </w:p>
    <w:p>
      <w:r>
        <w:t>1. Учитель складывает карточки в мешочек.</w:t>
        <w:br/>
        <w:t>2. Ученик вытягивает одну карточку.</w:t>
        <w:br/>
        <w:t>3. На выполнение задания даётся 30 секунд.</w:t>
        <w:br/>
        <w:t>4. За правильный ответ — 1 балл, за полный ответ с объяснением — 2 балла.</w:t>
        <w:br/>
        <w:t>5. Побеждает ученик или команда, набравшие больше баллов.</w:t>
      </w:r>
    </w:p>
    <w:p>
      <w:r>
        <w:rPr>
          <w:b/>
          <w:sz w:val="26"/>
        </w:rPr>
        <w:t>Карточки для мешочка (20 заданий)</w:t>
      </w:r>
    </w:p>
    <w:p>
      <w:r>
        <w:t>1. Подбери 3 синонима к слову «смелый».</w:t>
      </w:r>
    </w:p>
    <w:p>
      <w:r>
        <w:t>2. Подбери антоним к словам: высокий, добрый, широкий.</w:t>
      </w:r>
    </w:p>
    <w:p>
      <w:r>
        <w:t>3. Объясни два значения слова «лук».</w:t>
      </w:r>
    </w:p>
    <w:p>
      <w:r>
        <w:t>4. Чем отличаются «одеть» и «надеть»?</w:t>
      </w:r>
    </w:p>
    <w:p>
      <w:r>
        <w:t>5. Назови 3 неологизма.</w:t>
      </w:r>
    </w:p>
    <w:p>
      <w:r>
        <w:t>6. Назови 3 историзма.</w:t>
      </w:r>
    </w:p>
    <w:p>
      <w:r>
        <w:t>7. Объясни значение фразеологизма «бить баклуши».</w:t>
      </w:r>
    </w:p>
    <w:p>
      <w:r>
        <w:t>8. Продолжи: «держать язык ...»</w:t>
      </w:r>
    </w:p>
    <w:p>
      <w:r>
        <w:t>9. Назови два профессионализма врача.</w:t>
      </w:r>
    </w:p>
    <w:p>
      <w:r>
        <w:t>10. Назови два лингвистических термина.</w:t>
      </w:r>
    </w:p>
    <w:p>
      <w:r>
        <w:t>11. Что такое диалектизм? Приведи пример.</w:t>
      </w:r>
    </w:p>
    <w:p>
      <w:r>
        <w:t>12. Что такое жаргонизм? Приведи пример.</w:t>
      </w:r>
    </w:p>
    <w:p>
      <w:r>
        <w:t>13. Объясни слово «ланиты».</w:t>
      </w:r>
    </w:p>
    <w:p>
      <w:r>
        <w:t>14. Подбери синоним к слову «красивый».</w:t>
      </w:r>
    </w:p>
    <w:p>
      <w:r>
        <w:t>15. Подбери антоним к слову «смелый».</w:t>
      </w:r>
    </w:p>
    <w:p>
      <w:r>
        <w:t>16. Назови любую пару омонимов.</w:t>
      </w:r>
    </w:p>
    <w:p>
      <w:r>
        <w:t>17. Назови любую пару паронимов.</w:t>
      </w:r>
    </w:p>
    <w:p>
      <w:r>
        <w:t>18. Объясни значение слова «стример».</w:t>
      </w:r>
    </w:p>
    <w:p>
      <w:r>
        <w:t>19. Составь предложение с фразеологизмом «водить за нос».</w:t>
      </w:r>
    </w:p>
    <w:p>
      <w:r>
        <w:t>20. Определи: слово «кольчуга» — это какая группа слов?</w:t>
      </w:r>
    </w:p>
    <w:p>
      <w:r>
        <w:rPr>
          <w:b/>
          <w:sz w:val="26"/>
        </w:rPr>
        <w:t>Ответы (образцы)</w:t>
      </w:r>
    </w:p>
    <w:p>
      <w:r>
        <w:t>Смелый — храбрый, отважный, мужественный.</w:t>
        <w:br/>
        <w:t>Лук — растение и оружие.</w:t>
        <w:br/>
        <w:t>Одеть — кого-либо, надеть — что-либо.</w:t>
        <w:br/>
        <w:t>Кольчуга — историзм.</w:t>
      </w:r>
    </w:p>
    <w:p>
      <w:r>
        <w:rPr>
          <w:b/>
          <w:sz w:val="26"/>
        </w:rPr>
        <w:t>Варианты усложнения</w:t>
      </w:r>
    </w:p>
    <w:p>
      <w:r>
        <w:t>• Отвечать без подготовки.</w:t>
        <w:br/>
        <w:t>• Работать командами.</w:t>
        <w:br/>
        <w:t>• После ответа привести собственный пример.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