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№17. «Лишнее слово» (Морфология)</w:t>
      </w:r>
    </w:p>
    <w:p>
      <w:r>
        <w:rPr>
          <w:b/>
        </w:rPr>
        <w:t>🎯 Цель</w:t>
      </w:r>
    </w:p>
    <w:p>
      <w:r>
        <w:t>Научить учащихся классифицировать части речи, находить общий признак и объяснять свой выбор.</w:t>
      </w:r>
    </w:p>
    <w:p>
      <w:r>
        <w:rPr>
          <w:b/>
        </w:rPr>
        <w:t>👥 Участники</w:t>
      </w:r>
    </w:p>
    <w:p>
      <w:r>
        <w:t>Весь класс, работа в командах или индивидуально.</w:t>
      </w:r>
    </w:p>
    <w:p>
      <w:r>
        <w:rPr>
          <w:b/>
        </w:rPr>
        <w:t>⏱️ Время</w:t>
      </w:r>
    </w:p>
    <w:p>
      <w:r>
        <w:t>20–25 минут.</w:t>
      </w:r>
    </w:p>
    <w:p>
      <w:r>
        <w:rPr>
          <w:b/>
        </w:rPr>
        <w:t>🧰 Материалы</w:t>
      </w:r>
    </w:p>
    <w:p>
      <w:r>
        <w:t>Только доска, мел и список слов.</w:t>
      </w:r>
    </w:p>
    <w:p>
      <w:r>
        <w:rPr>
          <w:b/>
        </w:rPr>
        <w:t>📖 Правила</w:t>
      </w:r>
    </w:p>
    <w:p>
      <w:r>
        <w:t>Учитель записывает на доске группы слов. В каждой группе одно слово является лишним. Ученики должны назвать лишнее слово, объяснить свой выбор и указать, к какой части речи относится каждое слово. За правильный ответ — 1 балл, за объяснение — ещё 1 балл.</w:t>
      </w:r>
    </w:p>
    <w:p>
      <w:r>
        <w:rPr>
          <w:b/>
        </w:rPr>
        <w:t>📝 20 наборов слов</w:t>
      </w:r>
    </w:p>
    <w:p>
      <w:r>
        <w:t>1. дом, книга, лес, быстро</w:t>
      </w:r>
    </w:p>
    <w:p>
      <w:r>
        <w:t>2. красивый, высокий, зелёный, вчера</w:t>
      </w:r>
    </w:p>
    <w:p>
      <w:r>
        <w:t>3. мы, ты, они, пять</w:t>
      </w:r>
    </w:p>
    <w:p>
      <w:r>
        <w:t>4. читать, писать, рисовать, очень</w:t>
      </w:r>
    </w:p>
    <w:p>
      <w:r>
        <w:t>5. летящий, бегущий, читающий, около</w:t>
      </w:r>
    </w:p>
    <w:p>
      <w:r>
        <w:t>6. улыбаясь, смеясь, играя, школа</w:t>
      </w:r>
    </w:p>
    <w:p>
      <w:r>
        <w:t>7. быстро, громко, весело, учитель</w:t>
      </w:r>
    </w:p>
    <w:p>
      <w:r>
        <w:t>8. в, на, около, смелый</w:t>
      </w:r>
    </w:p>
    <w:p>
      <w:r>
        <w:t>9. и, но, потому что, красивый</w:t>
      </w:r>
    </w:p>
    <w:p>
      <w:r>
        <w:t>10. ах, ой, увы, читать</w:t>
      </w:r>
    </w:p>
    <w:p>
      <w:r>
        <w:t>11. три, семь, десятый, лес</w:t>
      </w:r>
    </w:p>
    <w:p>
      <w:r>
        <w:t>12. мой, твой, этот, высокий</w:t>
      </w:r>
    </w:p>
    <w:p>
      <w:r>
        <w:t>13. жарко, холодно, можно, книга</w:t>
      </w:r>
    </w:p>
    <w:p>
      <w:r>
        <w:t>14. решённый, написанный, сделанный, вчера</w:t>
      </w:r>
    </w:p>
    <w:p>
      <w:r>
        <w:t>15. никто, каждый, себя, зелёный</w:t>
      </w:r>
    </w:p>
    <w:p>
      <w:r>
        <w:t>16. через, благодаря, несмотря на, быстро</w:t>
      </w:r>
    </w:p>
    <w:p>
      <w:r>
        <w:t>17. первый, второй, третий, писать</w:t>
      </w:r>
    </w:p>
    <w:p>
      <w:r>
        <w:t>18. тихо, далеко, вверху, стол</w:t>
      </w:r>
    </w:p>
    <w:p>
      <w:r>
        <w:t>19. смелость, честность, доброта, смеясь</w:t>
      </w:r>
    </w:p>
    <w:p>
      <w:r>
        <w:t>20. работая, думая, читая, интересный</w:t>
      </w:r>
    </w:p>
    <w:p>
      <w:r>
        <w:rPr>
          <w:b/>
        </w:rPr>
        <w:t>⭐ Усложнение</w:t>
      </w:r>
    </w:p>
    <w:p>
      <w:r>
        <w:t>После ответа ученики составляют предложение с лишним словом и выполняют его краткий морфологический разбор.</w:t>
      </w:r>
    </w:p>
    <w:p>
      <w:r>
        <w:rPr>
          <w:b/>
        </w:rPr>
        <w:t>🏆 Победитель</w:t>
      </w:r>
    </w:p>
    <w:p>
      <w:r>
        <w:t>Побеждает команда, которая правильно объяснила наибольшее количество наборов слов.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