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Игра №1. «Морфологический детектив»</w:t>
      </w:r>
    </w:p>
    <w:p>
      <w:r>
        <w:rPr>
          <w:b/>
        </w:rPr>
        <w:t>🎯 Цель</w:t>
      </w:r>
    </w:p>
    <w:p>
      <w:r>
        <w:t>Закрепить знания о частях речи и их морфологических признаках, развивать скорость мышления, умение аргументировать ответ и работать в команде.</w:t>
      </w:r>
    </w:p>
    <w:p>
      <w:r>
        <w:rPr>
          <w:b/>
        </w:rPr>
        <w:t>👥 Количество участников</w:t>
      </w:r>
    </w:p>
    <w:p>
      <w:r>
        <w:t>От 2 до 30 человек. Индивидуально, в парах или командами.</w:t>
      </w:r>
    </w:p>
    <w:p>
      <w:r>
        <w:rPr>
          <w:b/>
        </w:rPr>
        <w:t>⏱️ Время</w:t>
      </w:r>
    </w:p>
    <w:p>
      <w:r>
        <w:t>15–25 минут.</w:t>
      </w:r>
    </w:p>
    <w:p>
      <w:r>
        <w:rPr>
          <w:b/>
        </w:rPr>
        <w:t>📚 Подходит для тем</w:t>
      </w:r>
    </w:p>
    <w:p>
      <w:r>
        <w:t>Все темы раздела «Морфология»: существительное, прилагательное, числительное, местоимение, глагол, причастие, деепричастие, наречие, категория состояния, предлог, союз, частица, междометие.</w:t>
      </w:r>
    </w:p>
    <w:p>
      <w:r>
        <w:rPr>
          <w:b/>
        </w:rPr>
        <w:t>🧰 Материалы</w:t>
      </w:r>
    </w:p>
    <w:p>
      <w:r>
        <w:t>Карточки со словами, доска/проектор, листы для подсчёта баллов.</w:t>
      </w:r>
    </w:p>
    <w:p>
      <w:r>
        <w:rPr>
          <w:b/>
        </w:rPr>
        <w:t>📖 Правила игры</w:t>
      </w:r>
    </w:p>
    <w:p>
      <w:r>
        <w:t>Учитель показывает или зачитывает слово. Ученик (или команда) должен:</w:t>
        <w:br/>
        <w:t>1. Определить часть речи.</w:t>
        <w:br/>
        <w:t>2. Объяснить, почему это именно она.</w:t>
        <w:br/>
        <w:t>3. Назвать не менее двух морфологических признаков.</w:t>
        <w:br/>
        <w:t>4. Составить предложение с данным словом.</w:t>
        <w:br/>
        <w:br/>
        <w:t>Полный ответ — 2 балла, неполный — 1 балл.</w:t>
      </w:r>
    </w:p>
    <w:p>
      <w:r>
        <w:rPr>
          <w:b/>
        </w:rPr>
        <w:t>⭐ Варианты проведения</w:t>
      </w:r>
    </w:p>
    <w:p>
      <w:r>
        <w:t>1. «Кто быстрее?» — отвечает первый поднявший руку.</w:t>
        <w:br/>
        <w:t>2. «Полное расследование» — побеждает команда, назвавшая больше признаков.</w:t>
        <w:br/>
        <w:t>3. «Лишняя улика» — из четырёх слов найти лишнее и объяснить выбор.</w:t>
      </w:r>
    </w:p>
    <w:p>
      <w:r>
        <w:rPr>
          <w:b/>
        </w:rPr>
        <w:t>📝 30 готовых карточек</w:t>
      </w:r>
    </w:p>
    <w:p>
      <w:r>
        <w:t>1. книга</w:t>
      </w:r>
    </w:p>
    <w:p>
      <w:r>
        <w:t>2. весёлый</w:t>
      </w:r>
    </w:p>
    <w:p>
      <w:r>
        <w:t>3. быстро</w:t>
      </w:r>
    </w:p>
    <w:p>
      <w:r>
        <w:t>4. семь</w:t>
      </w:r>
    </w:p>
    <w:p>
      <w:r>
        <w:t>5. читать</w:t>
      </w:r>
    </w:p>
    <w:p>
      <w:r>
        <w:t>6. красивее</w:t>
      </w:r>
    </w:p>
    <w:p>
      <w:r>
        <w:t>7. мой</w:t>
      </w:r>
    </w:p>
    <w:p>
      <w:r>
        <w:t>8. никто</w:t>
      </w:r>
    </w:p>
    <w:p>
      <w:r>
        <w:t>9. построенный</w:t>
      </w:r>
    </w:p>
    <w:p>
      <w:r>
        <w:t>10. смеясь</w:t>
      </w:r>
    </w:p>
    <w:p>
      <w:r>
        <w:t>11. холодно</w:t>
      </w:r>
    </w:p>
    <w:p>
      <w:r>
        <w:t>12. возле</w:t>
      </w:r>
    </w:p>
    <w:p>
      <w:r>
        <w:t>13. потому что</w:t>
      </w:r>
    </w:p>
    <w:p>
      <w:r>
        <w:t>14. лишь</w:t>
      </w:r>
    </w:p>
    <w:p>
      <w:r>
        <w:t>15. ах</w:t>
      </w:r>
    </w:p>
    <w:p>
      <w:r>
        <w:t>16. зелёный</w:t>
      </w:r>
    </w:p>
    <w:p>
      <w:r>
        <w:t>17. бежать</w:t>
      </w:r>
    </w:p>
    <w:p>
      <w:r>
        <w:t>18. третий</w:t>
      </w:r>
    </w:p>
    <w:p>
      <w:r>
        <w:t>19. мы</w:t>
      </w:r>
    </w:p>
    <w:p>
      <w:r>
        <w:t>20. вчера</w:t>
      </w:r>
    </w:p>
    <w:p>
      <w:r>
        <w:t>21. написанный</w:t>
      </w:r>
    </w:p>
    <w:p>
      <w:r>
        <w:t>22. улыбаясь</w:t>
      </w:r>
    </w:p>
    <w:p>
      <w:r>
        <w:t>23. нельзя</w:t>
      </w:r>
    </w:p>
    <w:p>
      <w:r>
        <w:t>24. однако</w:t>
      </w:r>
    </w:p>
    <w:p>
      <w:r>
        <w:t>25. около</w:t>
      </w:r>
    </w:p>
    <w:p>
      <w:r>
        <w:t>26. даже</w:t>
      </w:r>
    </w:p>
    <w:p>
      <w:r>
        <w:t>27. увы</w:t>
      </w:r>
    </w:p>
    <w:p>
      <w:r>
        <w:t>28. самый</w:t>
      </w:r>
    </w:p>
    <w:p>
      <w:r>
        <w:t>29. интересный</w:t>
      </w:r>
    </w:p>
    <w:p>
      <w:r>
        <w:t>30. решив</w:t>
      </w:r>
    </w:p>
    <w:p>
      <w:r>
        <w:rPr>
          <w:b/>
        </w:rPr>
        <w:t>💡 Примеры ответов</w:t>
      </w:r>
    </w:p>
    <w:p>
      <w:r>
        <w:rPr>
          <w:b/>
        </w:rPr>
        <w:t xml:space="preserve">красивый: </w:t>
      </w:r>
      <w:r>
        <w:t>Имя прилагательное; обозначает признак предмета; отвечает на вопрос «какой?»; изменяется по родам, числам и падежам.</w:t>
      </w:r>
    </w:p>
    <w:p>
      <w:r>
        <w:rPr>
          <w:b/>
        </w:rPr>
        <w:t xml:space="preserve">читающий: </w:t>
      </w:r>
      <w:r>
        <w:t>Причастие; действительное, настоящего времени, несовершенного вида; образовано от глагола «читать».</w:t>
      </w:r>
    </w:p>
    <w:p>
      <w:r>
        <w:rPr>
          <w:b/>
        </w:rPr>
        <w:t xml:space="preserve">быстро: </w:t>
      </w:r>
      <w:r>
        <w:t>Наречие; обозначает признак действия; отвечает на вопрос «как?»; не изменяется.</w:t>
      </w:r>
    </w:p>
    <w:p>
      <w:r>
        <w:rPr>
          <w:b/>
        </w:rPr>
        <w:t xml:space="preserve">решив: </w:t>
      </w:r>
      <w:r>
        <w:t>Деепричастие; совершенного вида; обозначает добавочное действие.</w:t>
      </w:r>
    </w:p>
    <w:p>
      <w:r>
        <w:rPr>
          <w:b/>
        </w:rPr>
        <w:t>🏆 Усложнение</w:t>
      </w:r>
    </w:p>
    <w:p>
      <w:r>
        <w:t>После определения части речи ученик должен выполнить морфологический разбор или придумать собственное предложение с данным словом.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