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№12 «Попади в категорию»</w:t>
      </w:r>
    </w:p>
    <w:p>
      <w:r>
        <w:rPr>
          <w:b/>
          <w:sz w:val="26"/>
        </w:rPr>
        <w:t>Цель</w:t>
      </w:r>
    </w:p>
    <w:p>
      <w:r>
        <w:t>Научить быстро определять, к какой лексической группе относится слово, закрепить все основные понятия раздела «Лексика».</w:t>
      </w:r>
    </w:p>
    <w:p>
      <w:r>
        <w:rPr>
          <w:b/>
          <w:sz w:val="26"/>
        </w:rPr>
        <w:t>Оборудование</w:t>
      </w:r>
    </w:p>
    <w:p>
      <w:r>
        <w:t>Карточки со словами, таблички с названиями категорий, интерактивная доска или презентация.</w:t>
      </w:r>
    </w:p>
    <w:p>
      <w:r>
        <w:rPr>
          <w:b/>
          <w:sz w:val="26"/>
        </w:rPr>
        <w:t>Правила игры</w:t>
      </w:r>
    </w:p>
    <w:p>
      <w:r>
        <w:t>1. На доске размещаются карточки с названиями категорий.</w:t>
        <w:br/>
        <w:t>2. Учитель показывает слово.</w:t>
        <w:br/>
        <w:t>3. Ученик должен положить карточку в нужную категорию.</w:t>
        <w:br/>
        <w:t>4. Затем объяснить свой выбор.</w:t>
        <w:br/>
        <w:t>5. За правильную категорию — 1 балл, за объяснение — ещё 1 балл.</w:t>
      </w:r>
    </w:p>
    <w:p>
      <w:r>
        <w:rPr>
          <w:b/>
          <w:sz w:val="26"/>
        </w:rPr>
        <w:t>Категории</w:t>
      </w:r>
    </w:p>
    <w:p>
      <w:r>
        <w:t>• Синонимы</w:t>
      </w:r>
    </w:p>
    <w:p>
      <w:r>
        <w:t>• Антонимы</w:t>
      </w:r>
    </w:p>
    <w:p>
      <w:r>
        <w:t>• Омонимы</w:t>
      </w:r>
    </w:p>
    <w:p>
      <w:r>
        <w:t>• Паронимы</w:t>
      </w:r>
    </w:p>
    <w:p>
      <w:r>
        <w:t>• Диалектизмы</w:t>
      </w:r>
    </w:p>
    <w:p>
      <w:r>
        <w:t>• Профессионализмы</w:t>
      </w:r>
    </w:p>
    <w:p>
      <w:r>
        <w:t>• Термины</w:t>
      </w:r>
    </w:p>
    <w:p>
      <w:r>
        <w:t>• Жаргонизмы</w:t>
      </w:r>
    </w:p>
    <w:p>
      <w:r>
        <w:t>• Неологизмы</w:t>
      </w:r>
    </w:p>
    <w:p>
      <w:r>
        <w:t>• Историзмы</w:t>
      </w:r>
    </w:p>
    <w:p>
      <w:r>
        <w:t>• Архаизмы</w:t>
      </w:r>
    </w:p>
    <w:p>
      <w:r>
        <w:t>• Фразеологизмы</w:t>
      </w:r>
    </w:p>
    <w:p>
      <w:r>
        <w:rPr>
          <w:b/>
          <w:sz w:val="26"/>
        </w:rPr>
        <w:t>Карточки со словами (30 заданий)</w:t>
      </w:r>
    </w:p>
    <w:p>
      <w:r>
        <w:t>1. храбрый → __________________</w:t>
      </w:r>
    </w:p>
    <w:p>
      <w:r>
        <w:t>Ответ: Синонимы</w:t>
      </w:r>
    </w:p>
    <w:p>
      <w:r>
        <w:t>2. радостный → __________________</w:t>
      </w:r>
    </w:p>
    <w:p>
      <w:r>
        <w:t>Ответ: Синонимы</w:t>
      </w:r>
    </w:p>
    <w:p>
      <w:r>
        <w:t>3. ночь → __________________</w:t>
      </w:r>
    </w:p>
    <w:p>
      <w:r>
        <w:t>Ответ: Антонимы</w:t>
      </w:r>
    </w:p>
    <w:p>
      <w:r>
        <w:t>4. низкий → __________________</w:t>
      </w:r>
    </w:p>
    <w:p>
      <w:r>
        <w:t>Ответ: Антонимы</w:t>
      </w:r>
    </w:p>
    <w:p>
      <w:r>
        <w:t>5. лук → __________________</w:t>
      </w:r>
    </w:p>
    <w:p>
      <w:r>
        <w:t>Ответ: Омонимы</w:t>
      </w:r>
    </w:p>
    <w:p>
      <w:r>
        <w:t>6. ключ → __________________</w:t>
      </w:r>
    </w:p>
    <w:p>
      <w:r>
        <w:t>Ответ: Омонимы</w:t>
      </w:r>
    </w:p>
    <w:p>
      <w:r>
        <w:t>7. одеть → __________________</w:t>
      </w:r>
    </w:p>
    <w:p>
      <w:r>
        <w:t>Ответ: Паронимы</w:t>
      </w:r>
    </w:p>
    <w:p>
      <w:r>
        <w:t>8. эффектный → __________________</w:t>
      </w:r>
    </w:p>
    <w:p>
      <w:r>
        <w:t>Ответ: Паронимы</w:t>
      </w:r>
    </w:p>
    <w:p>
      <w:r>
        <w:t>9. кочет → __________________</w:t>
      </w:r>
    </w:p>
    <w:p>
      <w:r>
        <w:t>Ответ: Диалектизмы</w:t>
      </w:r>
    </w:p>
    <w:p>
      <w:r>
        <w:t>10. буряк → __________________</w:t>
      </w:r>
    </w:p>
    <w:p>
      <w:r>
        <w:t>Ответ: Диалектизмы</w:t>
      </w:r>
    </w:p>
    <w:p>
      <w:r>
        <w:t>11. скальпель → __________________</w:t>
      </w:r>
    </w:p>
    <w:p>
      <w:r>
        <w:t>Ответ: Профессионализмы</w:t>
      </w:r>
    </w:p>
    <w:p>
      <w:r>
        <w:t>12. рейсмус → __________________</w:t>
      </w:r>
    </w:p>
    <w:p>
      <w:r>
        <w:t>Ответ: Профессионализмы</w:t>
      </w:r>
    </w:p>
    <w:p>
      <w:r>
        <w:t>13. фонема → __________________</w:t>
      </w:r>
    </w:p>
    <w:p>
      <w:r>
        <w:t>Ответ: Термины</w:t>
      </w:r>
    </w:p>
    <w:p>
      <w:r>
        <w:t>14. морфема → __________________</w:t>
      </w:r>
    </w:p>
    <w:p>
      <w:r>
        <w:t>Ответ: Термины</w:t>
      </w:r>
    </w:p>
    <w:p>
      <w:r>
        <w:t>15. краш → __________________</w:t>
      </w:r>
    </w:p>
    <w:p>
      <w:r>
        <w:t>Ответ: Жаргонизмы</w:t>
      </w:r>
    </w:p>
    <w:p>
      <w:r>
        <w:t>16. изи → __________________</w:t>
      </w:r>
    </w:p>
    <w:p>
      <w:r>
        <w:t>Ответ: Жаргонизмы</w:t>
      </w:r>
    </w:p>
    <w:p>
      <w:r>
        <w:t>17. блогер → __________________</w:t>
      </w:r>
    </w:p>
    <w:p>
      <w:r>
        <w:t>Ответ: Неологизмы</w:t>
      </w:r>
    </w:p>
    <w:p>
      <w:r>
        <w:t>18. стример → __________________</w:t>
      </w:r>
    </w:p>
    <w:p>
      <w:r>
        <w:t>Ответ: Неологизмы</w:t>
      </w:r>
    </w:p>
    <w:p>
      <w:r>
        <w:t>19. кольчуга → __________________</w:t>
      </w:r>
    </w:p>
    <w:p>
      <w:r>
        <w:t>Ответ: Историзмы</w:t>
      </w:r>
    </w:p>
    <w:p>
      <w:r>
        <w:t>20. стрельцы → __________________</w:t>
      </w:r>
    </w:p>
    <w:p>
      <w:r>
        <w:t>Ответ: Историзмы</w:t>
      </w:r>
    </w:p>
    <w:p>
      <w:r>
        <w:t>21. перст → __________________</w:t>
      </w:r>
    </w:p>
    <w:p>
      <w:r>
        <w:t>Ответ: Архаизмы</w:t>
      </w:r>
    </w:p>
    <w:p>
      <w:r>
        <w:t>22. ланиты → __________________</w:t>
      </w:r>
    </w:p>
    <w:p>
      <w:r>
        <w:t>Ответ: Архаизмы</w:t>
      </w:r>
    </w:p>
    <w:p>
      <w:r>
        <w:t>23. бить баклуши → __________________</w:t>
      </w:r>
    </w:p>
    <w:p>
      <w:r>
        <w:t>Ответ: Фразеологизмы</w:t>
      </w:r>
    </w:p>
    <w:p>
      <w:r>
        <w:t>24. держать язык за зубами → __________________</w:t>
      </w:r>
    </w:p>
    <w:p>
      <w:r>
        <w:t>Ответ: Фразеологизмы</w:t>
      </w:r>
    </w:p>
    <w:p>
      <w:r>
        <w:t>25. водить за нос → __________________</w:t>
      </w:r>
    </w:p>
    <w:p>
      <w:r>
        <w:t>Ответ: Фразеологизмы</w:t>
      </w:r>
    </w:p>
    <w:p>
      <w:r>
        <w:t>26. как две капли воды → __________________</w:t>
      </w:r>
    </w:p>
    <w:p>
      <w:r>
        <w:t>Ответ: Фразеологизмы</w:t>
      </w:r>
    </w:p>
    <w:p>
      <w:r>
        <w:t>27. уста → __________________</w:t>
      </w:r>
    </w:p>
    <w:p>
      <w:r>
        <w:t>Ответ: Архаизмы</w:t>
      </w:r>
    </w:p>
    <w:p>
      <w:r>
        <w:t>28. геймпад → __________________</w:t>
      </w:r>
    </w:p>
    <w:p>
      <w:r>
        <w:t>Ответ: Неологизмы</w:t>
      </w:r>
    </w:p>
    <w:p>
      <w:r>
        <w:t>29. фельдшер → __________________</w:t>
      </w:r>
    </w:p>
    <w:p>
      <w:r>
        <w:t>Ответ: Профессионализмы</w:t>
      </w:r>
    </w:p>
    <w:p>
      <w:r>
        <w:t>30. очи → __________________</w:t>
      </w:r>
    </w:p>
    <w:p>
      <w:r>
        <w:t>Ответ: Архаизмы</w:t>
      </w:r>
    </w:p>
    <w:p>
      <w:r>
        <w:rPr>
          <w:b/>
          <w:sz w:val="26"/>
        </w:rPr>
        <w:t>Варианты усложнения</w:t>
      </w:r>
    </w:p>
    <w:p>
      <w:r>
        <w:t>• Ограничить время ответа до 5 секунд.</w:t>
        <w:br/>
        <w:t>• Попросить составить предложение с выбранным словом.</w:t>
        <w:br/>
        <w:t>• Предложить подобрать синоним, антоним или объяснить значение слова.</w:t>
      </w:r>
    </w:p>
    <w:p>
      <w:r>
        <w:rPr>
          <w:b/>
          <w:sz w:val="26"/>
        </w:rPr>
        <w:t>Закрепляемые темы</w:t>
      </w:r>
    </w:p>
    <w:p>
      <w:r>
        <w:t>✓ Синонимы</w:t>
        <w:br/>
        <w:t>✓ Антонимы</w:t>
        <w:br/>
        <w:t>✓ Омонимы</w:t>
        <w:br/>
        <w:t>✓ Паронимы</w:t>
        <w:br/>
        <w:t>✓ Диалектизмы</w:t>
        <w:br/>
        <w:t>✓ Профессионализмы</w:t>
        <w:br/>
        <w:t>✓ Термины</w:t>
        <w:br/>
        <w:t>✓ Жаргонизмы</w:t>
        <w:br/>
        <w:t>✓ Неологизмы</w:t>
        <w:br/>
        <w:t>✓ Историзмы</w:t>
        <w:br/>
        <w:t>✓ Архаизмы</w:t>
        <w:br/>
        <w:t>✓ Фразеологизмы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