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№20 «Своя игра по лексике»</w:t>
      </w:r>
    </w:p>
    <w:p>
      <w:r>
        <w:rPr>
          <w:b/>
          <w:sz w:val="26"/>
        </w:rPr>
        <w:t>Цель</w:t>
      </w:r>
    </w:p>
    <w:p>
      <w:r>
        <w:t>Повторить и обобщить весь раздел «Лексика» в форме интеллектуального командного соревнования.</w:t>
      </w:r>
    </w:p>
    <w:p>
      <w:r>
        <w:rPr>
          <w:b/>
          <w:sz w:val="26"/>
        </w:rPr>
        <w:t>Оборудование</w:t>
      </w:r>
    </w:p>
    <w:p>
      <w:r>
        <w:t>Игровое поле (можно вывести на экран или распечатать), карточки с вопросами, таблица для подсчёта баллов.</w:t>
      </w:r>
    </w:p>
    <w:p>
      <w:r>
        <w:rPr>
          <w:b/>
          <w:sz w:val="26"/>
        </w:rPr>
        <w:t>Правила игры</w:t>
      </w:r>
    </w:p>
    <w:p>
      <w:r>
        <w:t>1. Класс делится на 2–4 команды.</w:t>
        <w:br/>
        <w:t>2. Команды выбирают категорию и стоимость вопроса.</w:t>
        <w:br/>
        <w:t>3. На обсуждение даётся 30 секунд.</w:t>
        <w:br/>
        <w:t>4. За правильный ответ команда получает выбранное количество баллов.</w:t>
        <w:br/>
        <w:t>5. Побеждает команда, набравшая больше всего баллов.</w:t>
      </w:r>
    </w:p>
    <w:p>
      <w:r>
        <w:rPr>
          <w:b/>
          <w:sz w:val="26"/>
        </w:rPr>
        <w:t>Игровое поле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Стоимость</w:t>
            </w:r>
          </w:p>
        </w:tc>
        <w:tc>
          <w:tcPr>
            <w:tcW w:type="dxa" w:w="1440"/>
          </w:tcPr>
          <w:p>
            <w:r>
              <w:t>Синонимы</w:t>
            </w:r>
          </w:p>
        </w:tc>
        <w:tc>
          <w:tcPr>
            <w:tcW w:type="dxa" w:w="1440"/>
          </w:tcPr>
          <w:p>
            <w:r>
              <w:t>Омонимы</w:t>
            </w:r>
          </w:p>
        </w:tc>
        <w:tc>
          <w:tcPr>
            <w:tcW w:type="dxa" w:w="1440"/>
          </w:tcPr>
          <w:p>
            <w:r>
              <w:t>Паронимы</w:t>
            </w:r>
          </w:p>
        </w:tc>
        <w:tc>
          <w:tcPr>
            <w:tcW w:type="dxa" w:w="1440"/>
          </w:tcPr>
          <w:p>
            <w:r>
              <w:t>Устаревшие слова</w:t>
            </w:r>
          </w:p>
        </w:tc>
        <w:tc>
          <w:tcPr>
            <w:tcW w:type="dxa" w:w="1440"/>
          </w:tcPr>
          <w:p>
            <w:r>
              <w:t>Фразеологизмы</w:t>
            </w:r>
          </w:p>
        </w:tc>
      </w:tr>
      <w:tr>
        <w:tc>
          <w:tcPr>
            <w:tcW w:type="dxa" w:w="1440"/>
          </w:tcPr>
          <w:p>
            <w:r>
              <w:t>10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</w:tr>
      <w:tr>
        <w:tc>
          <w:tcPr>
            <w:tcW w:type="dxa" w:w="1440"/>
          </w:tcPr>
          <w:p>
            <w:r>
              <w:t>20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</w:tr>
      <w:tr>
        <w:tc>
          <w:tcPr>
            <w:tcW w:type="dxa" w:w="1440"/>
          </w:tcPr>
          <w:p>
            <w:r>
              <w:t>30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</w:tr>
      <w:tr>
        <w:tc>
          <w:tcPr>
            <w:tcW w:type="dxa" w:w="1440"/>
          </w:tcPr>
          <w:p>
            <w:r>
              <w:t>40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</w:tr>
      <w:tr>
        <w:tc>
          <w:tcPr>
            <w:tcW w:type="dxa" w:w="1440"/>
          </w:tcPr>
          <w:p>
            <w:r>
              <w:t>50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  <w:tc>
          <w:tcPr>
            <w:tcW w:type="dxa" w:w="1440"/>
          </w:tcPr>
          <w:p>
            <w:r>
              <w:t>?</w:t>
            </w:r>
          </w:p>
        </w:tc>
      </w:tr>
    </w:tbl>
    <w:p>
      <w:r>
        <w:rPr>
          <w:b/>
          <w:sz w:val="26"/>
        </w:rPr>
        <w:t>Вопросы и ответы</w:t>
      </w:r>
    </w:p>
    <w:p>
      <w:r>
        <w:rPr>
          <w:b/>
        </w:rPr>
        <w:t xml:space="preserve">10. Синонимы: </w:t>
      </w:r>
    </w:p>
    <w:p>
      <w:r>
        <w:t>Вопрос: Подберите синоним к слову «смелый».</w:t>
      </w:r>
    </w:p>
    <w:p>
      <w:r>
        <w:t>Ответ: Храбрый, отважный.</w:t>
      </w:r>
    </w:p>
    <w:p>
      <w:r>
        <w:rPr>
          <w:b/>
        </w:rPr>
        <w:t xml:space="preserve">20. Синонимы: </w:t>
      </w:r>
    </w:p>
    <w:p>
      <w:r>
        <w:t>Вопрос: Назовите три синонима к слову «красивый».</w:t>
      </w:r>
    </w:p>
    <w:p>
      <w:r>
        <w:t>Ответ: Прекрасный, великолепный, привлекательный.</w:t>
      </w:r>
    </w:p>
    <w:p>
      <w:r>
        <w:rPr>
          <w:b/>
        </w:rPr>
        <w:t xml:space="preserve">30. Омонимы: </w:t>
      </w:r>
    </w:p>
    <w:p>
      <w:r>
        <w:t>Вопрос: Что означает слово «лук»?</w:t>
      </w:r>
    </w:p>
    <w:p>
      <w:r>
        <w:t>Ответ: Растение и оружие.</w:t>
      </w:r>
    </w:p>
    <w:p>
      <w:r>
        <w:rPr>
          <w:b/>
        </w:rPr>
        <w:t xml:space="preserve">40. Омонимы: </w:t>
      </w:r>
    </w:p>
    <w:p>
      <w:r>
        <w:t>Вопрос: Назовите омоним слова «ключ».</w:t>
      </w:r>
    </w:p>
    <w:p>
      <w:r>
        <w:t>Ответ: Источник, предмет для замка.</w:t>
      </w:r>
    </w:p>
    <w:p>
      <w:r>
        <w:rPr>
          <w:b/>
        </w:rPr>
        <w:t xml:space="preserve">50. Паронимы: </w:t>
      </w:r>
    </w:p>
    <w:p>
      <w:r>
        <w:t>Вопрос: Чем отличаются «одеть» и «надеть»?</w:t>
      </w:r>
    </w:p>
    <w:p>
      <w:r>
        <w:t>Ответ: Одеть — кого-либо; надеть — что-либо.</w:t>
      </w:r>
    </w:p>
    <w:p>
      <w:r>
        <w:rPr>
          <w:b/>
        </w:rPr>
        <w:t xml:space="preserve">10. Устаревшие слова: </w:t>
      </w:r>
    </w:p>
    <w:p>
      <w:r>
        <w:t>Вопрос: Что такое историзм?</w:t>
      </w:r>
    </w:p>
    <w:p>
      <w:r>
        <w:t>Ответ: Слово, обозначающее исчезнувший предмет или явление.</w:t>
      </w:r>
    </w:p>
    <w:p>
      <w:r>
        <w:rPr>
          <w:b/>
        </w:rPr>
        <w:t xml:space="preserve">20. Устаревшие слова: </w:t>
      </w:r>
    </w:p>
    <w:p>
      <w:r>
        <w:t>Вопрос: Что такое архаизм?</w:t>
      </w:r>
    </w:p>
    <w:p>
      <w:r>
        <w:t>Ответ: Устаревшее название современного предмета.</w:t>
      </w:r>
    </w:p>
    <w:p>
      <w:r>
        <w:rPr>
          <w:b/>
        </w:rPr>
        <w:t xml:space="preserve">30. Устаревшие слова: </w:t>
      </w:r>
    </w:p>
    <w:p>
      <w:r>
        <w:t>Вопрос: К какой группе относится слово «кольчуга»?</w:t>
      </w:r>
    </w:p>
    <w:p>
      <w:r>
        <w:t>Ответ: Историзм.</w:t>
      </w:r>
    </w:p>
    <w:p>
      <w:r>
        <w:rPr>
          <w:b/>
        </w:rPr>
        <w:t xml:space="preserve">40. Фразеологизмы: </w:t>
      </w:r>
    </w:p>
    <w:p>
      <w:r>
        <w:t>Вопрос: Объясните «бить баклуши».</w:t>
      </w:r>
    </w:p>
    <w:p>
      <w:r>
        <w:t>Ответ: Бездельничать.</w:t>
      </w:r>
    </w:p>
    <w:p>
      <w:r>
        <w:rPr>
          <w:b/>
        </w:rPr>
        <w:t xml:space="preserve">50. Фразеологизмы: </w:t>
      </w:r>
    </w:p>
    <w:p>
      <w:r>
        <w:t>Вопрос: Объясните «держать язык за зубами».</w:t>
      </w:r>
    </w:p>
    <w:p>
      <w:r>
        <w:t>Ответ: Молчать, хранить тайну.</w:t>
      </w:r>
    </w:p>
    <w:p>
      <w:r>
        <w:rPr>
          <w:b/>
          <w:sz w:val="26"/>
        </w:rPr>
        <w:t>Суперигра</w:t>
      </w:r>
    </w:p>
    <w:p>
      <w:r>
        <w:t>Объясните смысл фразеологизма «водить за нос», приведите пример предложения и назовите одну пару паронимов. За правильное выполнение — 100 баллов.</w:t>
      </w:r>
    </w:p>
    <w:p>
      <w:r>
        <w:rPr>
          <w:b/>
          <w:sz w:val="26"/>
        </w:rPr>
        <w:t>Подведение итогов</w:t>
      </w:r>
    </w:p>
    <w:p>
      <w:r>
        <w:t>Подсчитайте баллы, наградите победителей дипломами или жетонами.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