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№16 «Собери пословицу» (обновлённая)</w:t>
      </w:r>
    </w:p>
    <w:p>
      <w:r>
        <w:rPr>
          <w:b/>
          <w:sz w:val="26"/>
        </w:rPr>
        <w:t>Правила игры</w:t>
      </w:r>
    </w:p>
    <w:p>
      <w:r>
        <w:t>Разрежьте карточки по строкам. Каждая команда получает один набор слов. За 1 минуту нужно собрать правильную пословицу. Побеждает команда, которая первой правильно составит пословицу и объяснит её смысл.</w:t>
      </w:r>
    </w:p>
    <w:p>
      <w:r>
        <w:rPr>
          <w:b/>
          <w:sz w:val="26"/>
        </w:rPr>
        <w:t>Карточки для вырезания</w:t>
      </w:r>
    </w:p>
    <w:p>
      <w:pPr>
        <w:pStyle w:val="Heading2"/>
      </w:pPr>
      <w:r>
        <w:t>Карточка 1</w:t>
      </w:r>
    </w:p>
    <w:p>
      <w:r>
        <w:t>рублей | сто | друзей | сто | Не | имей | имей | а</w:t>
      </w:r>
    </w:p>
    <w:p>
      <w:r>
        <w:t>_______________________________</w:t>
      </w:r>
    </w:p>
    <w:p>
      <w:pPr>
        <w:pStyle w:val="Heading2"/>
      </w:pPr>
      <w:r>
        <w:t>Карточка 2</w:t>
      </w:r>
    </w:p>
    <w:p>
      <w:r>
        <w:t>вытащишь | рыбку | не | Без | из | и | труда | пруда</w:t>
      </w:r>
    </w:p>
    <w:p>
      <w:r>
        <w:t>_______________________________</w:t>
      </w:r>
    </w:p>
    <w:p>
      <w:pPr>
        <w:pStyle w:val="Heading2"/>
      </w:pPr>
      <w:r>
        <w:t>Карточка 3</w:t>
      </w:r>
    </w:p>
    <w:p>
      <w:r>
        <w:t>раз | раз | один | отмерь | отрежь | Семь</w:t>
      </w:r>
    </w:p>
    <w:p>
      <w:r>
        <w:t>_______________________________</w:t>
      </w:r>
    </w:p>
    <w:p>
      <w:pPr>
        <w:pStyle w:val="Heading2"/>
      </w:pPr>
      <w:r>
        <w:t>Карточка 4</w:t>
      </w:r>
    </w:p>
    <w:p>
      <w:r>
        <w:t>потехе | Делу | час | время</w:t>
      </w:r>
    </w:p>
    <w:p>
      <w:r>
        <w:t>_______________________________</w:t>
      </w:r>
    </w:p>
    <w:p>
      <w:pPr>
        <w:pStyle w:val="Heading2"/>
      </w:pPr>
      <w:r>
        <w:t>Карточка 5</w:t>
      </w:r>
    </w:p>
    <w:p>
      <w:r>
        <w:t>пожнёшь | то | Что | посеешь | и</w:t>
      </w:r>
    </w:p>
    <w:p>
      <w:r>
        <w:t>_______________________________</w:t>
      </w:r>
    </w:p>
    <w:p>
      <w:pPr>
        <w:pStyle w:val="Heading2"/>
      </w:pPr>
      <w:r>
        <w:t>Карточка 6</w:t>
      </w:r>
    </w:p>
    <w:p>
      <w:r>
        <w:t>Киева | Язык | доведёт | до</w:t>
      </w:r>
    </w:p>
    <w:p>
      <w:r>
        <w:t>_______________________________</w:t>
      </w:r>
    </w:p>
    <w:p>
      <w:pPr>
        <w:pStyle w:val="Heading2"/>
      </w:pPr>
      <w:r>
        <w:t>Карточка 7</w:t>
      </w:r>
    </w:p>
    <w:p>
      <w:r>
        <w:t>не | Слово | поймаешь | не | воробей | вылетит</w:t>
      </w:r>
    </w:p>
    <w:p>
      <w:r>
        <w:t>_______________________________</w:t>
      </w:r>
    </w:p>
    <w:p>
      <w:pPr>
        <w:pStyle w:val="Heading2"/>
      </w:pPr>
      <w:r>
        <w:t>Карточка 8</w:t>
      </w:r>
    </w:p>
    <w:p>
      <w:r>
        <w:t>учись | Век | живи | век</w:t>
      </w:r>
    </w:p>
    <w:p>
      <w:r>
        <w:t>_______________________________</w:t>
      </w:r>
    </w:p>
    <w:p>
      <w:pPr>
        <w:pStyle w:val="Heading2"/>
      </w:pPr>
      <w:r>
        <w:t>Карточка 9</w:t>
      </w:r>
    </w:p>
    <w:p>
      <w:r>
        <w:t>будешь | Тише | дальше | едешь</w:t>
      </w:r>
    </w:p>
    <w:p>
      <w:r>
        <w:t>_______________________________</w:t>
      </w:r>
    </w:p>
    <w:p>
      <w:pPr>
        <w:pStyle w:val="Heading2"/>
      </w:pPr>
      <w:r>
        <w:t>Карточка 10</w:t>
      </w:r>
    </w:p>
    <w:p>
      <w:r>
        <w:t>Не | то | что | блестит | всё | золото</w:t>
      </w:r>
    </w:p>
    <w:p>
      <w:r>
        <w:t>_______________________________</w:t>
      </w:r>
    </w:p>
    <w:p>
      <w:r>
        <w:rPr>
          <w:b/>
          <w:sz w:val="26"/>
        </w:rPr>
        <w:t>Ответы для учителя</w:t>
      </w:r>
    </w:p>
    <w:p>
      <w:r>
        <w:t>1. Не имей сто рублей, а имей сто друзей.</w:t>
      </w:r>
    </w:p>
    <w:p>
      <w:r>
        <w:t>2. Без труда не вытащишь и рыбку из пруда.</w:t>
      </w:r>
    </w:p>
    <w:p>
      <w:r>
        <w:t>3. Семь раз отмерь, один раз отрежь.</w:t>
      </w:r>
    </w:p>
    <w:p>
      <w:r>
        <w:t>4. Делу время, потехе час.</w:t>
      </w:r>
    </w:p>
    <w:p>
      <w:r>
        <w:t>5. Что посеешь, то и пожнёшь.</w:t>
      </w:r>
    </w:p>
    <w:p>
      <w:r>
        <w:t>6. Язык до Киева доведёт.</w:t>
      </w:r>
    </w:p>
    <w:p>
      <w:r>
        <w:t>7. Слово не воробей: вылетит — не поймаешь.</w:t>
      </w:r>
    </w:p>
    <w:p>
      <w:r>
        <w:t>8. Век живи — век учись.</w:t>
      </w:r>
    </w:p>
    <w:p>
      <w:r>
        <w:t>9. Тише едешь — дальше будешь.</w:t>
      </w:r>
    </w:p>
    <w:p>
      <w:r>
        <w:t>10. Не всё то золото, что блестит.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