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№4 «Угадай по картинке»</w:t>
      </w:r>
    </w:p>
    <w:p>
      <w:r>
        <w:rPr>
          <w:b/>
          <w:sz w:val="26"/>
        </w:rPr>
        <w:t>Цель</w:t>
      </w:r>
    </w:p>
    <w:p>
      <w:r>
        <w:t>Научить определять прямое и переносное значение слов, понимать фразеологизмы и развивать образное мышление.</w:t>
      </w:r>
    </w:p>
    <w:p>
      <w:r>
        <w:rPr>
          <w:b/>
          <w:sz w:val="26"/>
        </w:rPr>
        <w:t>Оборудование</w:t>
      </w:r>
    </w:p>
    <w:p>
      <w:r>
        <w:t>Картинки, презентация, карточки или изображения на интерактивной доске.</w:t>
      </w:r>
    </w:p>
    <w:p>
      <w:r>
        <w:rPr>
          <w:b/>
          <w:sz w:val="26"/>
        </w:rPr>
        <w:t>Правила игры</w:t>
      </w:r>
    </w:p>
    <w:p>
      <w:r>
        <w:t>1. Учитель показывает изображение.</w:t>
        <w:br/>
        <w:t>2. Ученики называют слово или фразеологизм.</w:t>
        <w:br/>
        <w:t>3. Объясняют его значение.</w:t>
        <w:br/>
        <w:t>4. Определяют: прямое это значение или переносное.</w:t>
        <w:br/>
        <w:t>5. За полный ответ команда получает 2 балла.</w:t>
      </w:r>
    </w:p>
    <w:p>
      <w:r>
        <w:rPr>
          <w:b/>
          <w:sz w:val="26"/>
        </w:rPr>
        <w:t>Примеры заданий</w:t>
      </w:r>
    </w:p>
    <w:p>
      <w:r>
        <w:t>1. Изображение: ❤️ золотое сердце</w:t>
      </w:r>
    </w:p>
    <w:p>
      <w:r>
        <w:t>Ответ: золотое сердце</w:t>
      </w:r>
    </w:p>
    <w:p>
      <w:r>
        <w:t>Значение: добрый человек</w:t>
      </w:r>
    </w:p>
    <w:p>
      <w:r>
        <w:t>Тип: переносное</w:t>
      </w:r>
    </w:p>
    <w:p>
      <w:r>
        <w:t>2. Изображение: 🪨 каменное сердце</w:t>
      </w:r>
    </w:p>
    <w:p>
      <w:r>
        <w:t>Ответ: каменное сердце</w:t>
      </w:r>
    </w:p>
    <w:p>
      <w:r>
        <w:t>Значение: бессердечный человек</w:t>
      </w:r>
    </w:p>
    <w:p>
      <w:r>
        <w:t>Тип: переносное</w:t>
      </w:r>
    </w:p>
    <w:p>
      <w:r>
        <w:t>3. Изображение: 👂 развесить уши</w:t>
      </w:r>
    </w:p>
    <w:p>
      <w:r>
        <w:t>Ответ: развесить уши</w:t>
      </w:r>
    </w:p>
    <w:p>
      <w:r>
        <w:t>Значение: слишком доверчиво слушать</w:t>
      </w:r>
    </w:p>
    <w:p>
      <w:r>
        <w:t>Тип: фразеологизм</w:t>
      </w:r>
    </w:p>
    <w:p>
      <w:r>
        <w:t>4. Изображение: 🐈 кот наплакал</w:t>
      </w:r>
    </w:p>
    <w:p>
      <w:r>
        <w:t>Ответ: кот наплакал</w:t>
      </w:r>
    </w:p>
    <w:p>
      <w:r>
        <w:t>Значение: очень мало</w:t>
      </w:r>
    </w:p>
    <w:p>
      <w:r>
        <w:t>Тип: фразеологизм</w:t>
      </w:r>
    </w:p>
    <w:p>
      <w:r>
        <w:t>5. Изображение: 💧 как две капли воды</w:t>
      </w:r>
    </w:p>
    <w:p>
      <w:r>
        <w:t>Ответ: как две капли воды</w:t>
      </w:r>
    </w:p>
    <w:p>
      <w:r>
        <w:t>Значение: очень похожи</w:t>
      </w:r>
    </w:p>
    <w:p>
      <w:r>
        <w:t>Тип: фразеологизм</w:t>
      </w:r>
    </w:p>
    <w:p>
      <w:r>
        <w:t>6. Изображение: 🦷 держать язык за зубами</w:t>
      </w:r>
    </w:p>
    <w:p>
      <w:r>
        <w:t>Ответ: держать язык за зубами</w:t>
      </w:r>
    </w:p>
    <w:p>
      <w:r>
        <w:t>Значение: молчать</w:t>
      </w:r>
    </w:p>
    <w:p>
      <w:r>
        <w:t>Тип: фразеологизм</w:t>
      </w:r>
    </w:p>
    <w:p>
      <w:r>
        <w:t>7. Изображение: 🔥 горячий чай</w:t>
      </w:r>
    </w:p>
    <w:p>
      <w:r>
        <w:t>Ответ: горячий</w:t>
      </w:r>
    </w:p>
    <w:p>
      <w:r>
        <w:t>Значение: высокая температура</w:t>
      </w:r>
    </w:p>
    <w:p>
      <w:r>
        <w:t>Тип: прямое</w:t>
      </w:r>
    </w:p>
    <w:p>
      <w:r>
        <w:t>8. Изображение: 🔥 горячий спор</w:t>
      </w:r>
    </w:p>
    <w:p>
      <w:r>
        <w:t>Ответ: горячий</w:t>
      </w:r>
    </w:p>
    <w:p>
      <w:r>
        <w:t>Значение: оживлённый спор</w:t>
      </w:r>
    </w:p>
    <w:p>
      <w:r>
        <w:t>Тип: переносное</w:t>
      </w:r>
    </w:p>
    <w:p>
      <w:r>
        <w:t>9. Изображение: 🌟 светлая комната</w:t>
      </w:r>
    </w:p>
    <w:p>
      <w:r>
        <w:t>Ответ: светлая</w:t>
      </w:r>
    </w:p>
    <w:p>
      <w:r>
        <w:t>Значение: много света</w:t>
      </w:r>
    </w:p>
    <w:p>
      <w:r>
        <w:t>Тип: прямое</w:t>
      </w:r>
    </w:p>
    <w:p>
      <w:r>
        <w:t>10. Изображение: 🌟 светлое будущее</w:t>
      </w:r>
    </w:p>
    <w:p>
      <w:r>
        <w:t>Ответ: светлое будущее</w:t>
      </w:r>
    </w:p>
    <w:p>
      <w:r>
        <w:t>Значение: счастливое будущее</w:t>
      </w:r>
    </w:p>
    <w:p>
      <w:r>
        <w:t>Тип: переносное</w:t>
      </w:r>
    </w:p>
    <w:p>
      <w:r>
        <w:rPr>
          <w:b/>
          <w:sz w:val="26"/>
        </w:rPr>
        <w:t>Варианты усложнения</w:t>
      </w:r>
    </w:p>
    <w:p>
      <w:r>
        <w:t>• Ученики сами рисуют фразеологизм, а класс отгадывает.</w:t>
        <w:br/>
        <w:t>• За 1 минуту объяснить как можно больше изображений.</w:t>
        <w:br/>
        <w:t>• Придумать предложение с найденным выражением.</w:t>
      </w:r>
    </w:p>
    <w:p>
      <w:r>
        <w:rPr>
          <w:b/>
          <w:sz w:val="26"/>
        </w:rPr>
        <w:t>Закрепляемые темы</w:t>
      </w:r>
    </w:p>
    <w:p>
      <w:r>
        <w:t>✓ Лексическое значение слова</w:t>
        <w:br/>
        <w:t>✓ Прямое и переносное значение</w:t>
        <w:br/>
        <w:t>✓ Фразеологизмы</w:t>
        <w:br/>
        <w:t>✓ Работа с контекстом</w:t>
        <w:br/>
        <w:t>✓ Развитие речи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